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זהות, זיכרון ומנהיגות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חידוש הברית והזיכרון הקהילתי בחג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מנהיגות רוחנית מתוך דמות הקסים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של ניגוד וסיבה-תוצאה ולכתוב פסקת טיעון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החזרה אל רגע ההתחייבות מעצבת את זהות הקהילה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הנגשת ידע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בטקסט, והחג נתפס כהשלמה לימי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כתובה בשפת הגעז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תרגמו והסבירו את הדברים לאמהרית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מהדהד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(התחייבות מחודשת לשמירת המצוות)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(געגוע משותף שהפך למקור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(הסבר התורה לקהל בשפה מובנת)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(חיבור בין סבים, הורים וילדים באותו טקס)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המתפללים לובשים בגדים לבנים ויוצאים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הקהל עולה אל פסגת ההר או מתכנס בטיילת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נושאים את האורית וקוראים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הקסים מתרגמים ומסבירים את הדברים לאמהרית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הקסים לא שלטו בכוח או בעושר אלא בידע, ביושרה ובהנגשת התורה לכולם, ולכן מנהיגותם נבעה מהקשבה והובלה מתוך הקהילה.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לרעיון שברית היא מחויבות מתחדשת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הקשורה לידע, יושרה או הקשבה כמקור מנהיגות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מילות קישור כגון אבל/אלא לניגוד ומאחר ש/לכן לסיבה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ה'בונים משפט' כדאי לעודד תלמידים להסביר בעל פה מדוע בחרו בסדר המילים או השלב שבחרו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בפסקת הטיעון אפשר לאפשר שיתוף בזוגות לפני כתיבה אישית כדי להעשיר רעיונות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זהות, זיכרון ומנהיגות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הטקסטים עוסקים בחג הסיגד כביטוי לזהות קהילת ביתא ישראל, לחידוש הברית, למנהיגות הקסים ולכיסופים לירושלים כמקור חוסן. בדף זה נתרגל הבנת הנקרא, אוצר מילים ומילות קישור.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רצף  ·  מהדהד  ·  מחויבות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מדוע, לפי טקסט 1, הזיכרון הוא "פעולה מכוונת" ולא רק שמירה על העבר?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מתרחש רק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החזרה אל רגע ההתחייבות מעצבת את זהות הקהילה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בו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עיקרון מנהיגות עולה מכך שהקסים תרגמו את האורית לאמהרית?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העדפת המשכילים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מנהיגות של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הנגשת ידע לכולם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חמישים יום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האורית כתובה בשפה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שמרו את פירוש התורה לעצמם ולא הסבירו אותו לקהל.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המסורת, החג __________ את חידוש הברית בימי עזרא ונחמיה.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ברית איננה אירוע חד־פעמי אלא __________ שיש לרענן.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החזרה השנתית אל הטקס יוצרת __________ בין הדורות.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חידוש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חיבור בין סבים, הורים וילדים באותו 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כיסופים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התחייבות מחודשת לשמירת המצוות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תרגום והנגשה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געגוע משותף שהפך למקור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רצף בין־דורי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הסבר התורה לקהל בשפה מובנת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בוקר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הקהל עולה אל פסגת ההר או מתכנס בטיילת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מתרגמים ומסבירים את הדברים לאמהרית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המתפללים לובשים בגדים לבנים ויוצאים לדרך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נושאים את האורית וקוראים ממנה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מנהיגותם של הקסים נחשבת למנהיגות של רוח ולא של כוח.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המשמעות של חידוש הברית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למנהיגות שאינה מבוססת על כוח.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זהות, זיכרון ומנהיגות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