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זהות, זיכרון ומנהיגות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חידוש הברית והזיכרון הקהילתי בחג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עקרונות מנהיגות רוחנית מתוך דמות הקסים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קישור של ניגוד וסיבה-תוצאה ולכתוב פסקת טיעון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החזרה אל רגע ההתחייבות מעצבת את זהות הקהילה בהווה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היא מעגנת את החג ברצף היסטורי ורעיוני של חידוש 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הנגשת ידע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מידע, מיושרה ומשמירה על חזון משותף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שכיסופים משותפים יכולים להפוך לחזון ולמקור חוסן קהילתי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שהמקום השתנה אך הכוונה והערכים נשמרו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בטקסט, והחג נתפס כהשלמה לימי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האורית כתובה בשפת הגעז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הם תרגמו והסבירו את הדברים לאמהרית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בטקסט השלישי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הכיסופים היו משותפים והפכו לחוסן קהילתי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מילה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מהדהד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מחויבות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שחזור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מנגיש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שררה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(התחייבות מחודשת לשמירת המצוות)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(געגוע משותף שהפך למקור כוח)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(הסבר התורה לקהל בשפה מובנת)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(חיבור בין סבים, הורים וילדים באותו טקס)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(יכולת לעמוד בקשיים בזכות חזון משותף)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בוקר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המתפללים לובשים בגדים לבנים ויוצאים לדרך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הקהל עולה אל פסגת ההר או מתכנס בטיילת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הקסים נושאים את האורית וקוראים ממנה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הקסים מתרגמים ומסבירים את הדברים לאמהרית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הקהל מתפלל, צם ומקבל מחדש את המצוות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בסיום נאמר "בשנה הבאה בירושלים"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הקסים לא שלטו בכוח או בעושר אלא בידע, ביושרה ובהנגשת התורה לכולם, ולכן מנהיגותם נבעה מהקשבה והובלה מתוך הקהילה.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החזרה השנתית לטקס מרעננת את המחויבות, והעמידה המשותפת של דורות יוצרת רצף שמעצב את ההווה.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לרעיון שברית היא מחויבות מתחדשת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הקשורה לידע, יושרה או הקשבה כמקור מנהיגות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מילות קישור כגון אבל/אלא לניגוד ומאחר ש/לכן לסיבה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הטקסטים בקול לפני התרגול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ה'בונים משפט' כדאי לעודד תלמידים להסביר בעל פה מדוע בחרו בסדר המילים או השלב שבחרו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בפסקת הטיעון אפשר לאפשר שיתוף בזוגות לפני כתיבה אישית כדי להעשיר רעיונות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זהות, זיכרון ומנהיגות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נקרא על חג הסיגד. נלמד על חידוש הברית, על הקסים ועל הגעגוע לירושלים. נתרגל מילים ומשפטים.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הבטחה או קשר חזק בין העם לאלוהים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מנהיגים רוחניים בקהילת ביתא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ספרי התורה בשפת הגעז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געז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שפה עתיקה שבה כתובה האורית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כיסופים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געגוע חזק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 קהילתי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של קהילה לעמוד בקשיים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לכידות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תחושת אחדות בין אנשים בקבוצה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שררה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שלטון וכוח על אחרים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הזיכרון הוא פעולה פעילה ולא רק שמירה?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מתרחש רק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החזרה אל רגע ההתחייבות מעצבת את זהות הקהילה בהווה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בו 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תלוי במקום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תורמת ההשוואה לעזרא ונחמיה?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מראה שהחג חדש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מוכיחה שהחג נחגג בבבל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מעגנת את החג ברצף היסטורי ורעיוני של חידוש 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מסבירה את צבע הבגדים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הקסים תרגמו את התורה?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העדפת המשכילים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מנהיגות של 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הנגשת ידע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שמירה על סוד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מאיפה באה הסמכות של הקסים?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מכוח צבאי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מתפקיד שקיבלו מהשלטון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מידע, מיושרה ומשמירה על חזון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מעושר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טקסט 3 רוצה להגיד?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שאין קשר בין עבר להווה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שכיסופים משותפים יכולים להפוך לחזון ולמקור חוסן קהילתי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שהגעגוע הוא רגש פרטי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שהחג נעלם אחרי העלייה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הכוונה במשפט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שהמקום השתנה אך הכוונה והערכים נשמרו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שהחג בוטל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שהנוף בירושלים דומה לנוף באתיופיה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שהקסים אינם רואים היטב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חל חמישים יום אחרי יום הכיפורים.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האורית כתובה בשפה העברית.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שמרו את פירוש התורה לעצמם ולא הסבירו אותו לקהל.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כיום הסיגד הוא חג רשמי במדינת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הכיסופים לירושלים היו רגש אישי בלבד ולא קשורים לקהילה.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מילה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המסורת, החג __________ את חידוש הברית בימי עזרא ונחמיה.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ברית איננה אירוע חד־פעמי אלא __________ שיש לרענן.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החזרה השנתית אל הטקס יוצרת __________ בין הדורות.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העלייה להר היא __________ סמלי של מעמד קבלת התורה.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המנהיג הרוחני אינו שומר את הידע לעצמו אלא __________ אותו לכולם.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סמכות הקסים לא נבעה מכוח או מ__________.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חידוש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יכולת לעמוד בקשיים בזכות חזון משותף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כיסופים לירושלים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חיבור בין סבים, הורים וילדים באותו טקס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תרגום והנגשה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התחייבות מחודשת לשמירת המצוות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רצף בין־דורי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הסבר התורה לקהל בשפה מובנת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חוסן קהילתי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געגוע משותף שהפך למקור כוח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בוקר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נושאים את האורית וקוראים ממנה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מתרגמים ומסבירים את הדברים לאמהרית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הקהל עולה אל פסגת ההר או מתכנס בטיילת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הקהל מתפלל, צם ומקבל מחדש את המצוות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בסיום נאמר "בשנה הבאה בירושלים"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המתפללים לובשים בגדים לבנים ויוצאים לדרך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מנהיגותם של הקסים נחשבת למנהיגות של רוח ולא של כוח.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דוגמאות לכך שהזיכרון בחג הוא "פעולה מכוונת" ולא רק שמירה על העבר.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המשמעות של חידוש הברית בחג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למנהיגות שאינה מבוססת על כוח.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מילת קישור אחת המבטאת ניגוד ואחת המבטאת סיבה.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 – זהות, זיכרון ומנהיגות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